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3CC20" w14:textId="5DEDD1C3" w:rsidR="006853C5" w:rsidRPr="00363A9B" w:rsidRDefault="001305CD">
      <w:pPr>
        <w:spacing w:after="0"/>
        <w:jc w:val="right"/>
        <w:rPr>
          <w:sz w:val="21"/>
          <w:szCs w:val="28"/>
        </w:rPr>
      </w:pPr>
      <w:r w:rsidRPr="00363A9B">
        <w:rPr>
          <w:sz w:val="20"/>
          <w:szCs w:val="28"/>
        </w:rPr>
        <w:t>発内商第３９号</w:t>
      </w:r>
      <w:r w:rsidRPr="00363A9B">
        <w:rPr>
          <w:sz w:val="20"/>
          <w:szCs w:val="28"/>
        </w:rPr>
        <w:br/>
        <w:t>令和８年９月吉日</w:t>
      </w:r>
    </w:p>
    <w:p w14:paraId="086AA4D9" w14:textId="6C235D61" w:rsidR="006853C5" w:rsidRPr="00982C10" w:rsidRDefault="00E02514">
      <w:pPr>
        <w:spacing w:after="0"/>
        <w:rPr>
          <w:sz w:val="20"/>
          <w:szCs w:val="24"/>
          <w:lang w:eastAsia="zh-TW"/>
        </w:rPr>
      </w:pPr>
      <w:r>
        <w:rPr>
          <w:rFonts w:hint="eastAsia"/>
          <w:b/>
          <w:sz w:val="20"/>
          <w:szCs w:val="24"/>
          <w:lang w:eastAsia="zh-TW"/>
        </w:rPr>
        <w:t xml:space="preserve">内灘町商工会　</w:t>
      </w:r>
      <w:r w:rsidRPr="00982C10">
        <w:rPr>
          <w:b/>
          <w:sz w:val="20"/>
          <w:szCs w:val="24"/>
          <w:lang w:eastAsia="zh-TW"/>
        </w:rPr>
        <w:t>会員事業所　各位</w:t>
      </w:r>
    </w:p>
    <w:p w14:paraId="7E42CC4E" w14:textId="173020AD" w:rsidR="006853C5" w:rsidRPr="00E02514" w:rsidRDefault="00363A9B" w:rsidP="00982C10">
      <w:pPr>
        <w:spacing w:after="0"/>
        <w:ind w:left="7920"/>
        <w:rPr>
          <w:sz w:val="21"/>
          <w:szCs w:val="28"/>
          <w:lang w:eastAsia="zh-TW"/>
        </w:rPr>
      </w:pPr>
      <w:r>
        <w:rPr>
          <w:noProof/>
          <w:szCs w:val="24"/>
          <w:lang w:eastAsia="ja-JP"/>
        </w:rPr>
        <w:drawing>
          <wp:anchor distT="0" distB="0" distL="114300" distR="114300" simplePos="0" relativeHeight="251661824" behindDoc="0" locked="0" layoutInCell="1" allowOverlap="1" wp14:anchorId="6F659F16" wp14:editId="5F22E17C">
            <wp:simplePos x="0" y="0"/>
            <wp:positionH relativeFrom="column">
              <wp:posOffset>269875</wp:posOffset>
            </wp:positionH>
            <wp:positionV relativeFrom="paragraph">
              <wp:posOffset>480695</wp:posOffset>
            </wp:positionV>
            <wp:extent cx="885825" cy="885825"/>
            <wp:effectExtent l="0" t="0" r="9525" b="9525"/>
            <wp:wrapNone/>
            <wp:docPr id="1566921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2514">
        <w:rPr>
          <w:sz w:val="20"/>
          <w:szCs w:val="28"/>
          <w:lang w:eastAsia="zh-TW"/>
        </w:rPr>
        <w:t>内灘町商工会</w:t>
      </w:r>
      <w:r w:rsidRPr="00E02514">
        <w:rPr>
          <w:sz w:val="20"/>
          <w:szCs w:val="28"/>
          <w:lang w:eastAsia="zh-TW"/>
        </w:rPr>
        <w:br/>
        <w:t>会　長　辻　弘幸</w:t>
      </w:r>
      <w:r w:rsidRPr="00E02514">
        <w:rPr>
          <w:sz w:val="20"/>
          <w:szCs w:val="28"/>
          <w:lang w:eastAsia="zh-TW"/>
        </w:rPr>
        <w:br/>
        <w:t>商業部会長　松岡　英輝</w:t>
      </w:r>
      <w:r w:rsidRPr="00E02514">
        <w:rPr>
          <w:sz w:val="20"/>
          <w:szCs w:val="28"/>
          <w:lang w:eastAsia="zh-TW"/>
        </w:rPr>
        <w:br/>
        <w:t>工業部会長　岡野　邦仁</w:t>
      </w:r>
    </w:p>
    <w:p w14:paraId="63A4C45F" w14:textId="0EDD98B1" w:rsidR="006853C5" w:rsidRPr="00982C10" w:rsidRDefault="001305CD">
      <w:pPr>
        <w:spacing w:after="20"/>
        <w:jc w:val="center"/>
        <w:rPr>
          <w:sz w:val="20"/>
          <w:szCs w:val="24"/>
          <w:lang w:eastAsia="zh-TW"/>
        </w:rPr>
      </w:pPr>
      <w:r w:rsidRPr="00982C10">
        <w:rPr>
          <w:b/>
          <w:sz w:val="28"/>
          <w:szCs w:val="24"/>
          <w:lang w:eastAsia="zh-TW"/>
        </w:rPr>
        <w:t>内灘町商工会 商工業部会</w:t>
      </w:r>
    </w:p>
    <w:p w14:paraId="430E4A0D" w14:textId="09582FD8" w:rsidR="006853C5" w:rsidRPr="00982C10" w:rsidRDefault="001305CD">
      <w:pPr>
        <w:spacing w:after="20"/>
        <w:jc w:val="center"/>
        <w:rPr>
          <w:sz w:val="20"/>
          <w:szCs w:val="24"/>
          <w:lang w:eastAsia="ja-JP"/>
        </w:rPr>
      </w:pPr>
      <w:r w:rsidRPr="00982C10">
        <w:rPr>
          <w:b/>
          <w:sz w:val="40"/>
          <w:szCs w:val="24"/>
          <w:lang w:eastAsia="ja-JP"/>
        </w:rPr>
        <w:t>合同ゴルフ大会 開催のご案内</w:t>
      </w:r>
    </w:p>
    <w:p w14:paraId="0AFDB7FB" w14:textId="234153A9" w:rsidR="006853C5" w:rsidRPr="00982C10" w:rsidRDefault="001305CD">
      <w:pPr>
        <w:spacing w:before="40" w:after="80" w:line="288" w:lineRule="auto"/>
        <w:rPr>
          <w:sz w:val="20"/>
          <w:szCs w:val="24"/>
          <w:lang w:eastAsia="ja-JP"/>
        </w:rPr>
      </w:pPr>
      <w:r w:rsidRPr="00982C10">
        <w:rPr>
          <w:sz w:val="20"/>
          <w:szCs w:val="24"/>
          <w:lang w:eastAsia="ja-JP"/>
        </w:rPr>
        <w:t>初秋の候、ますますご清栄のこととお喜び申し上げます。</w:t>
      </w:r>
      <w:r w:rsidRPr="00982C10">
        <w:rPr>
          <w:sz w:val="20"/>
          <w:szCs w:val="24"/>
          <w:lang w:eastAsia="ja-JP"/>
        </w:rPr>
        <w:br/>
        <w:t>平素は格別のご高配を賜り、厚くお礼申し上げます。</w:t>
      </w:r>
      <w:r w:rsidRPr="00982C10">
        <w:rPr>
          <w:sz w:val="20"/>
          <w:szCs w:val="24"/>
          <w:lang w:eastAsia="ja-JP"/>
        </w:rPr>
        <w:br/>
        <w:t>さて、会員事業所間の交流促進を図るため、下記のとおり親睦ゴルフ大会を開催します。多くの皆様のご参加を心よりお待ちしております。</w:t>
      </w:r>
    </w:p>
    <w:p w14:paraId="4287BE8C" w14:textId="2066C6B7" w:rsidR="006853C5" w:rsidRPr="00982C10" w:rsidRDefault="001305CD">
      <w:pPr>
        <w:spacing w:after="60"/>
        <w:jc w:val="center"/>
        <w:rPr>
          <w:sz w:val="20"/>
          <w:szCs w:val="24"/>
        </w:rPr>
      </w:pPr>
      <w:r w:rsidRPr="00982C10">
        <w:rPr>
          <w:b/>
          <w:sz w:val="28"/>
          <w:szCs w:val="24"/>
        </w:rPr>
        <w:t>申込期限　９月３０日（水）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8164"/>
      </w:tblGrid>
      <w:tr w:rsidR="006853C5" w:rsidRPr="00982C10" w14:paraId="41106A91" w14:textId="77777777">
        <w:trPr>
          <w:jc w:val="center"/>
        </w:trPr>
        <w:tc>
          <w:tcPr>
            <w:tcW w:w="164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CA5DAB2" w14:textId="77777777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b/>
                <w:sz w:val="20"/>
                <w:szCs w:val="24"/>
              </w:rPr>
              <w:t>開催日時</w:t>
            </w:r>
          </w:p>
        </w:tc>
        <w:tc>
          <w:tcPr>
            <w:tcW w:w="816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1C3D6B3" w14:textId="555EE1F0" w:rsidR="002C6502" w:rsidRPr="002C6502" w:rsidRDefault="001305CD">
            <w:pPr>
              <w:spacing w:after="0"/>
              <w:rPr>
                <w:sz w:val="20"/>
                <w:szCs w:val="24"/>
                <w:lang w:eastAsia="ja-JP"/>
              </w:rPr>
            </w:pPr>
            <w:r w:rsidRPr="00982C10">
              <w:rPr>
                <w:sz w:val="20"/>
                <w:szCs w:val="24"/>
                <w:lang w:eastAsia="ja-JP"/>
              </w:rPr>
              <w:t xml:space="preserve">令和８年１０月２３日（金）　</w:t>
            </w:r>
            <w:r w:rsidR="00982C10">
              <w:rPr>
                <w:rFonts w:hint="eastAsia"/>
                <w:sz w:val="20"/>
                <w:szCs w:val="24"/>
                <w:lang w:eastAsia="ja-JP"/>
              </w:rPr>
              <w:t>午前</w:t>
            </w:r>
            <w:r w:rsidRPr="00982C10">
              <w:rPr>
                <w:sz w:val="20"/>
                <w:szCs w:val="24"/>
                <w:lang w:eastAsia="ja-JP"/>
              </w:rPr>
              <w:t>８時０３分スタート（２コース同時）</w:t>
            </w:r>
            <w:r w:rsidRPr="00982C10">
              <w:rPr>
                <w:sz w:val="20"/>
                <w:szCs w:val="24"/>
                <w:lang w:eastAsia="ja-JP"/>
              </w:rPr>
              <w:br/>
              <w:t>※集合時間はスタート</w:t>
            </w:r>
            <w:r w:rsidR="00982C10">
              <w:rPr>
                <w:rFonts w:hint="eastAsia"/>
                <w:sz w:val="20"/>
                <w:szCs w:val="24"/>
                <w:lang w:eastAsia="ja-JP"/>
              </w:rPr>
              <w:t>30</w:t>
            </w:r>
            <w:r w:rsidRPr="00982C10">
              <w:rPr>
                <w:sz w:val="20"/>
                <w:szCs w:val="24"/>
                <w:lang w:eastAsia="ja-JP"/>
              </w:rPr>
              <w:t>分前</w:t>
            </w:r>
            <w:r w:rsidR="002C6502">
              <w:rPr>
                <w:rFonts w:hint="eastAsia"/>
                <w:sz w:val="20"/>
                <w:szCs w:val="24"/>
                <w:lang w:eastAsia="ja-JP"/>
              </w:rPr>
              <w:t>必着で</w:t>
            </w:r>
            <w:r w:rsidR="00A12002">
              <w:rPr>
                <w:rFonts w:hint="eastAsia"/>
                <w:sz w:val="20"/>
                <w:szCs w:val="24"/>
                <w:lang w:eastAsia="ja-JP"/>
              </w:rPr>
              <w:t>す。</w:t>
            </w:r>
          </w:p>
        </w:tc>
      </w:tr>
      <w:tr w:rsidR="006853C5" w:rsidRPr="00982C10" w14:paraId="5EC58120" w14:textId="77777777">
        <w:trPr>
          <w:jc w:val="center"/>
        </w:trPr>
        <w:tc>
          <w:tcPr>
            <w:tcW w:w="164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2DD518D7" w14:textId="77777777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b/>
                <w:sz w:val="20"/>
                <w:szCs w:val="24"/>
              </w:rPr>
              <w:t>開催場所</w:t>
            </w:r>
          </w:p>
        </w:tc>
        <w:tc>
          <w:tcPr>
            <w:tcW w:w="816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326B39D" w14:textId="71F348FA" w:rsidR="006853C5" w:rsidRPr="00982C10" w:rsidRDefault="001305CD">
            <w:pPr>
              <w:spacing w:after="0"/>
              <w:rPr>
                <w:sz w:val="20"/>
                <w:szCs w:val="24"/>
                <w:lang w:eastAsia="ja-JP"/>
              </w:rPr>
            </w:pPr>
            <w:r w:rsidRPr="00982C10">
              <w:rPr>
                <w:sz w:val="20"/>
                <w:szCs w:val="24"/>
                <w:lang w:eastAsia="ja-JP"/>
              </w:rPr>
              <w:t>能登カントリークラブ（羽咋郡宝達志水町米出</w:t>
            </w:r>
            <w:r w:rsidR="002C6502">
              <w:rPr>
                <w:rFonts w:hint="eastAsia"/>
                <w:sz w:val="20"/>
                <w:szCs w:val="24"/>
                <w:lang w:eastAsia="ja-JP"/>
              </w:rPr>
              <w:t>ワ</w:t>
            </w:r>
            <w:r w:rsidRPr="00982C10">
              <w:rPr>
                <w:sz w:val="20"/>
                <w:szCs w:val="24"/>
                <w:lang w:eastAsia="ja-JP"/>
              </w:rPr>
              <w:t>１）</w:t>
            </w:r>
          </w:p>
        </w:tc>
      </w:tr>
      <w:tr w:rsidR="006853C5" w:rsidRPr="00982C10" w14:paraId="1204BFED" w14:textId="77777777">
        <w:trPr>
          <w:jc w:val="center"/>
        </w:trPr>
        <w:tc>
          <w:tcPr>
            <w:tcW w:w="164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9F78276" w14:textId="77777777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b/>
                <w:sz w:val="20"/>
                <w:szCs w:val="24"/>
              </w:rPr>
              <w:t>スタートコース</w:t>
            </w:r>
          </w:p>
        </w:tc>
        <w:tc>
          <w:tcPr>
            <w:tcW w:w="816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754E0E8" w14:textId="77777777" w:rsidR="00982C10" w:rsidRDefault="001305CD">
            <w:pPr>
              <w:spacing w:after="0"/>
              <w:rPr>
                <w:sz w:val="20"/>
                <w:szCs w:val="24"/>
                <w:lang w:eastAsia="ja-JP"/>
              </w:rPr>
            </w:pPr>
            <w:r w:rsidRPr="00982C10">
              <w:rPr>
                <w:sz w:val="20"/>
                <w:szCs w:val="24"/>
                <w:lang w:eastAsia="ja-JP"/>
              </w:rPr>
              <w:t>① はまなすコース → 宝達コース　／　② 宝達コース → 日本海コース</w:t>
            </w:r>
            <w:r w:rsidRPr="00982C10">
              <w:rPr>
                <w:sz w:val="20"/>
                <w:szCs w:val="24"/>
                <w:lang w:eastAsia="ja-JP"/>
              </w:rPr>
              <w:br/>
              <w:t>※いずれかのコースを</w:t>
            </w:r>
            <w:r w:rsidR="00982C10">
              <w:rPr>
                <w:rFonts w:hint="eastAsia"/>
                <w:sz w:val="20"/>
                <w:szCs w:val="24"/>
                <w:lang w:eastAsia="ja-JP"/>
              </w:rPr>
              <w:t>選択</w:t>
            </w:r>
            <w:r w:rsidR="00D1324F">
              <w:rPr>
                <w:rFonts w:hint="eastAsia"/>
                <w:sz w:val="20"/>
                <w:szCs w:val="24"/>
                <w:lang w:eastAsia="ja-JP"/>
              </w:rPr>
              <w:t>ください</w:t>
            </w:r>
            <w:r w:rsidRPr="00982C10">
              <w:rPr>
                <w:sz w:val="20"/>
                <w:szCs w:val="24"/>
                <w:lang w:eastAsia="ja-JP"/>
              </w:rPr>
              <w:t>。</w:t>
            </w:r>
          </w:p>
          <w:p w14:paraId="5E44D74E" w14:textId="77777777" w:rsidR="006853C5" w:rsidRPr="00982C10" w:rsidRDefault="00D1324F">
            <w:pPr>
              <w:spacing w:after="0"/>
              <w:rPr>
                <w:sz w:val="20"/>
                <w:szCs w:val="24"/>
                <w:lang w:eastAsia="ja-JP"/>
              </w:rPr>
            </w:pPr>
            <w:r>
              <w:rPr>
                <w:rFonts w:hint="eastAsia"/>
                <w:sz w:val="20"/>
                <w:szCs w:val="24"/>
                <w:lang w:eastAsia="ja-JP"/>
              </w:rPr>
              <w:t>お申し込み時、</w:t>
            </w:r>
            <w:r w:rsidRPr="00982C10">
              <w:rPr>
                <w:sz w:val="20"/>
                <w:szCs w:val="24"/>
                <w:lang w:eastAsia="ja-JP"/>
              </w:rPr>
              <w:t>③「どちらでもよい（事務局に一任）」も選択できます。</w:t>
            </w:r>
            <w:r w:rsidRPr="00982C10">
              <w:rPr>
                <w:sz w:val="20"/>
                <w:szCs w:val="24"/>
                <w:lang w:eastAsia="ja-JP"/>
              </w:rPr>
              <w:br/>
              <w:t>※チーム編成は事務局で行い、後日改めてご案内いたします。</w:t>
            </w:r>
          </w:p>
        </w:tc>
      </w:tr>
      <w:tr w:rsidR="006853C5" w:rsidRPr="00982C10" w14:paraId="2AD275DE" w14:textId="77777777">
        <w:trPr>
          <w:jc w:val="center"/>
        </w:trPr>
        <w:tc>
          <w:tcPr>
            <w:tcW w:w="164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5B43B2D9" w14:textId="77777777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b/>
                <w:sz w:val="20"/>
                <w:szCs w:val="24"/>
              </w:rPr>
              <w:t>参加対象者</w:t>
            </w:r>
          </w:p>
        </w:tc>
        <w:tc>
          <w:tcPr>
            <w:tcW w:w="816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4F31212C" w14:textId="77777777" w:rsidR="006853C5" w:rsidRPr="00982C10" w:rsidRDefault="001305CD">
            <w:pPr>
              <w:spacing w:after="0"/>
              <w:rPr>
                <w:sz w:val="20"/>
                <w:szCs w:val="24"/>
                <w:lang w:eastAsia="zh-TW"/>
              </w:rPr>
            </w:pPr>
            <w:r w:rsidRPr="00982C10">
              <w:rPr>
                <w:sz w:val="20"/>
                <w:szCs w:val="24"/>
                <w:lang w:eastAsia="zh-TW"/>
              </w:rPr>
              <w:t>事業主、従業員、家族</w:t>
            </w:r>
          </w:p>
        </w:tc>
      </w:tr>
      <w:tr w:rsidR="006853C5" w:rsidRPr="00982C10" w14:paraId="04CCB0C9" w14:textId="77777777">
        <w:trPr>
          <w:jc w:val="center"/>
        </w:trPr>
        <w:tc>
          <w:tcPr>
            <w:tcW w:w="164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7009A2A" w14:textId="77777777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b/>
                <w:sz w:val="20"/>
                <w:szCs w:val="24"/>
              </w:rPr>
              <w:t>参加費</w:t>
            </w:r>
          </w:p>
        </w:tc>
        <w:tc>
          <w:tcPr>
            <w:tcW w:w="816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D273944" w14:textId="77777777" w:rsidR="006853C5" w:rsidRPr="00982C10" w:rsidRDefault="001305CD">
            <w:pPr>
              <w:spacing w:after="0"/>
              <w:rPr>
                <w:sz w:val="20"/>
                <w:szCs w:val="24"/>
                <w:lang w:eastAsia="ja-JP"/>
              </w:rPr>
            </w:pPr>
            <w:r w:rsidRPr="00982C10">
              <w:rPr>
                <w:sz w:val="20"/>
                <w:szCs w:val="24"/>
                <w:lang w:eastAsia="ja-JP"/>
              </w:rPr>
              <w:t>3,000円（表彰式に出ない方は2,000円）　※すべて税込み</w:t>
            </w:r>
          </w:p>
        </w:tc>
      </w:tr>
      <w:tr w:rsidR="006853C5" w:rsidRPr="00982C10" w14:paraId="3DA8D95F" w14:textId="77777777">
        <w:trPr>
          <w:jc w:val="center"/>
        </w:trPr>
        <w:tc>
          <w:tcPr>
            <w:tcW w:w="164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BA6C2A5" w14:textId="77777777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b/>
                <w:sz w:val="20"/>
                <w:szCs w:val="24"/>
              </w:rPr>
              <w:t>プレー代</w:t>
            </w:r>
          </w:p>
        </w:tc>
        <w:tc>
          <w:tcPr>
            <w:tcW w:w="816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0786138E" w14:textId="77777777" w:rsidR="006853C5" w:rsidRPr="00982C10" w:rsidRDefault="001305CD">
            <w:pPr>
              <w:spacing w:after="0"/>
              <w:rPr>
                <w:sz w:val="20"/>
                <w:szCs w:val="24"/>
                <w:lang w:eastAsia="ja-JP"/>
              </w:rPr>
            </w:pPr>
            <w:r w:rsidRPr="00982C10">
              <w:rPr>
                <w:sz w:val="20"/>
                <w:szCs w:val="24"/>
                <w:lang w:eastAsia="ja-JP"/>
              </w:rPr>
              <w:t>ビジター：8,800円　／　メンバー：7,960円　※税込み、食事別</w:t>
            </w:r>
          </w:p>
        </w:tc>
      </w:tr>
      <w:tr w:rsidR="006853C5" w:rsidRPr="00982C10" w14:paraId="0FB1CE65" w14:textId="77777777">
        <w:trPr>
          <w:jc w:val="center"/>
        </w:trPr>
        <w:tc>
          <w:tcPr>
            <w:tcW w:w="164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1A7E07D" w14:textId="77777777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b/>
                <w:sz w:val="20"/>
                <w:szCs w:val="24"/>
              </w:rPr>
              <w:t>競技方法</w:t>
            </w:r>
          </w:p>
        </w:tc>
        <w:tc>
          <w:tcPr>
            <w:tcW w:w="816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705BE01E" w14:textId="77777777" w:rsidR="006853C5" w:rsidRPr="00982C10" w:rsidRDefault="00982C10">
            <w:pPr>
              <w:spacing w:after="0"/>
              <w:rPr>
                <w:sz w:val="20"/>
                <w:szCs w:val="24"/>
                <w:lang w:eastAsia="ja-JP"/>
              </w:rPr>
            </w:pPr>
            <w:r>
              <w:rPr>
                <w:rFonts w:hint="eastAsia"/>
                <w:sz w:val="20"/>
                <w:szCs w:val="24"/>
                <w:lang w:eastAsia="ja-JP"/>
              </w:rPr>
              <w:t>18</w:t>
            </w:r>
            <w:r w:rsidRPr="00982C10">
              <w:rPr>
                <w:sz w:val="20"/>
                <w:szCs w:val="24"/>
                <w:lang w:eastAsia="ja-JP"/>
              </w:rPr>
              <w:t>ホールストロークプレイ、ダブルペリア方式、セルフプレー</w:t>
            </w:r>
          </w:p>
        </w:tc>
      </w:tr>
      <w:tr w:rsidR="006853C5" w:rsidRPr="00982C10" w14:paraId="55E709E4" w14:textId="77777777">
        <w:trPr>
          <w:jc w:val="center"/>
        </w:trPr>
        <w:tc>
          <w:tcPr>
            <w:tcW w:w="164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347B6F5" w14:textId="77777777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b/>
                <w:sz w:val="20"/>
                <w:szCs w:val="24"/>
              </w:rPr>
              <w:t>賞典</w:t>
            </w:r>
          </w:p>
        </w:tc>
        <w:tc>
          <w:tcPr>
            <w:tcW w:w="816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6142ACAB" w14:textId="77777777" w:rsidR="006853C5" w:rsidRPr="00982C10" w:rsidRDefault="001305CD">
            <w:pPr>
              <w:spacing w:after="0"/>
              <w:rPr>
                <w:sz w:val="20"/>
                <w:szCs w:val="24"/>
                <w:lang w:eastAsia="ja-JP"/>
              </w:rPr>
            </w:pPr>
            <w:r w:rsidRPr="00982C10">
              <w:rPr>
                <w:sz w:val="20"/>
                <w:szCs w:val="24"/>
                <w:lang w:eastAsia="ja-JP"/>
              </w:rPr>
              <w:t>１位～５位、飛賞、ＢＢ賞、ドラコン賞、ニアピン賞ほか</w:t>
            </w:r>
          </w:p>
        </w:tc>
      </w:tr>
      <w:tr w:rsidR="006853C5" w:rsidRPr="00982C10" w14:paraId="22E58F58" w14:textId="77777777">
        <w:trPr>
          <w:jc w:val="center"/>
        </w:trPr>
        <w:tc>
          <w:tcPr>
            <w:tcW w:w="164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1B734DA4" w14:textId="77777777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b/>
                <w:sz w:val="20"/>
                <w:szCs w:val="24"/>
              </w:rPr>
              <w:t>表彰式</w:t>
            </w:r>
          </w:p>
        </w:tc>
        <w:tc>
          <w:tcPr>
            <w:tcW w:w="8164" w:type="dxa"/>
            <w:tcMar>
              <w:top w:w="45" w:type="dxa"/>
              <w:left w:w="80" w:type="dxa"/>
              <w:bottom w:w="45" w:type="dxa"/>
              <w:right w:w="80" w:type="dxa"/>
            </w:tcMar>
            <w:vAlign w:val="center"/>
          </w:tcPr>
          <w:p w14:paraId="31764FF1" w14:textId="77777777" w:rsidR="006853C5" w:rsidRPr="00982C10" w:rsidRDefault="001305CD">
            <w:pPr>
              <w:spacing w:after="0"/>
              <w:rPr>
                <w:sz w:val="20"/>
                <w:szCs w:val="24"/>
                <w:lang w:eastAsia="ja-JP"/>
              </w:rPr>
            </w:pPr>
            <w:r w:rsidRPr="00982C10">
              <w:rPr>
                <w:sz w:val="20"/>
                <w:szCs w:val="24"/>
                <w:lang w:eastAsia="ja-JP"/>
              </w:rPr>
              <w:t>全員プレー終了後、会場内レストランにて開催（軽食付）</w:t>
            </w:r>
            <w:r w:rsidRPr="00982C10">
              <w:rPr>
                <w:sz w:val="20"/>
                <w:szCs w:val="24"/>
                <w:lang w:eastAsia="ja-JP"/>
              </w:rPr>
              <w:br/>
              <w:t>※14時30分頃</w:t>
            </w:r>
            <w:r w:rsidR="00982C10">
              <w:rPr>
                <w:rFonts w:hint="eastAsia"/>
                <w:sz w:val="20"/>
                <w:szCs w:val="24"/>
                <w:lang w:eastAsia="ja-JP"/>
              </w:rPr>
              <w:t>、開始</w:t>
            </w:r>
            <w:r w:rsidRPr="00982C10">
              <w:rPr>
                <w:sz w:val="20"/>
                <w:szCs w:val="24"/>
                <w:lang w:eastAsia="ja-JP"/>
              </w:rPr>
              <w:t>予定</w:t>
            </w:r>
          </w:p>
        </w:tc>
      </w:tr>
    </w:tbl>
    <w:p w14:paraId="5BB8DEAF" w14:textId="77777777" w:rsidR="006853C5" w:rsidRPr="00982C10" w:rsidRDefault="001305CD">
      <w:pPr>
        <w:spacing w:before="80"/>
        <w:jc w:val="center"/>
        <w:rPr>
          <w:sz w:val="20"/>
          <w:szCs w:val="24"/>
          <w:lang w:eastAsia="ja-JP"/>
        </w:rPr>
      </w:pPr>
      <w:r w:rsidRPr="00982C10">
        <w:rPr>
          <w:b/>
          <w:sz w:val="24"/>
          <w:szCs w:val="24"/>
          <w:lang w:eastAsia="ja-JP"/>
        </w:rPr>
        <w:t>▶ お申し込みは</w:t>
      </w:r>
      <w:r w:rsidR="00982C10">
        <w:rPr>
          <w:rFonts w:hint="eastAsia"/>
          <w:b/>
          <w:sz w:val="24"/>
          <w:szCs w:val="24"/>
          <w:lang w:eastAsia="ja-JP"/>
        </w:rPr>
        <w:t>【</w:t>
      </w:r>
      <w:r w:rsidRPr="00982C10">
        <w:rPr>
          <w:b/>
          <w:sz w:val="24"/>
          <w:szCs w:val="24"/>
          <w:lang w:eastAsia="ja-JP"/>
        </w:rPr>
        <w:t>裏面の</w:t>
      </w:r>
      <w:r w:rsidR="00982C10">
        <w:rPr>
          <w:rFonts w:hint="eastAsia"/>
          <w:b/>
          <w:sz w:val="24"/>
          <w:szCs w:val="24"/>
          <w:lang w:eastAsia="ja-JP"/>
        </w:rPr>
        <w:t>二次元</w:t>
      </w:r>
      <w:r w:rsidRPr="00982C10">
        <w:rPr>
          <w:b/>
          <w:sz w:val="24"/>
          <w:szCs w:val="24"/>
          <w:lang w:eastAsia="ja-JP"/>
        </w:rPr>
        <w:t>コード</w:t>
      </w:r>
      <w:r w:rsidR="00982C10">
        <w:rPr>
          <w:rFonts w:hint="eastAsia"/>
          <w:b/>
          <w:sz w:val="24"/>
          <w:szCs w:val="24"/>
          <w:lang w:eastAsia="ja-JP"/>
        </w:rPr>
        <w:t>】</w:t>
      </w:r>
      <w:r w:rsidRPr="00982C10">
        <w:rPr>
          <w:b/>
          <w:sz w:val="24"/>
          <w:szCs w:val="24"/>
          <w:lang w:eastAsia="ja-JP"/>
        </w:rPr>
        <w:t>から</w:t>
      </w:r>
    </w:p>
    <w:p w14:paraId="6B96965A" w14:textId="1EDEC481" w:rsidR="006853C5" w:rsidRPr="00982C10" w:rsidRDefault="001305CD">
      <w:pPr>
        <w:spacing w:after="20"/>
        <w:jc w:val="center"/>
        <w:rPr>
          <w:sz w:val="20"/>
          <w:szCs w:val="24"/>
          <w:lang w:eastAsia="ja-JP"/>
        </w:rPr>
      </w:pPr>
      <w:r w:rsidRPr="00982C10">
        <w:rPr>
          <w:b/>
          <w:sz w:val="40"/>
          <w:szCs w:val="24"/>
          <w:lang w:eastAsia="ja-JP"/>
        </w:rPr>
        <w:lastRenderedPageBreak/>
        <w:t>合同ゴルフ大会　お申込み方法</w:t>
      </w:r>
    </w:p>
    <w:p w14:paraId="0B12F222" w14:textId="77777777" w:rsidR="006853C5" w:rsidRPr="00982C10" w:rsidRDefault="00982C10">
      <w:pPr>
        <w:spacing w:after="60"/>
        <w:jc w:val="center"/>
        <w:rPr>
          <w:sz w:val="20"/>
          <w:szCs w:val="24"/>
          <w:lang w:eastAsia="ja-JP"/>
        </w:rPr>
      </w:pPr>
      <w:r>
        <w:rPr>
          <w:rFonts w:hint="eastAsia"/>
          <w:b/>
          <w:sz w:val="24"/>
          <w:szCs w:val="24"/>
          <w:lang w:eastAsia="ja-JP"/>
        </w:rPr>
        <w:t>二次元</w:t>
      </w:r>
      <w:r w:rsidRPr="00982C10">
        <w:rPr>
          <w:b/>
          <w:sz w:val="24"/>
          <w:szCs w:val="24"/>
          <w:lang w:eastAsia="ja-JP"/>
        </w:rPr>
        <w:t>コードを読み取り、必要事項を入力してください。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10540"/>
      </w:tblGrid>
      <w:tr w:rsidR="006853C5" w:rsidRPr="00982C10" w14:paraId="4FCDFE4D" w14:textId="77777777">
        <w:trPr>
          <w:jc w:val="center"/>
        </w:trPr>
        <w:tc>
          <w:tcPr>
            <w:tcW w:w="1054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DFCA81" w14:textId="24E93DA0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noProof/>
                <w:sz w:val="20"/>
                <w:szCs w:val="24"/>
              </w:rPr>
              <w:drawing>
                <wp:inline distT="0" distB="0" distL="0" distR="0" wp14:anchorId="3557AFE9" wp14:editId="78B8EE7E">
                  <wp:extent cx="1190625" cy="11906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f_form_qr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813" cy="1190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68B3FE" w14:textId="501CE3BB" w:rsidR="006853C5" w:rsidRPr="00982C10" w:rsidRDefault="001305CD">
            <w:pPr>
              <w:spacing w:after="0"/>
              <w:jc w:val="center"/>
              <w:rPr>
                <w:sz w:val="20"/>
                <w:szCs w:val="24"/>
                <w:lang w:eastAsia="ja-JP"/>
              </w:rPr>
            </w:pPr>
            <w:r w:rsidRPr="00982C10">
              <w:rPr>
                <w:szCs w:val="24"/>
                <w:lang w:eastAsia="ja-JP"/>
              </w:rPr>
              <w:t>※同一企業から複数名参加される場合も、お一人ずつお申し込みください。</w:t>
            </w:r>
          </w:p>
        </w:tc>
      </w:tr>
    </w:tbl>
    <w:p w14:paraId="2CA1A072" w14:textId="3A594F11" w:rsidR="006853C5" w:rsidRPr="00982C10" w:rsidRDefault="00E02514">
      <w:pPr>
        <w:spacing w:before="80" w:after="40"/>
        <w:rPr>
          <w:sz w:val="20"/>
          <w:szCs w:val="24"/>
        </w:rPr>
      </w:pPr>
      <w:r w:rsidRPr="00982C10">
        <w:rPr>
          <w:b/>
          <w:sz w:val="24"/>
          <w:szCs w:val="24"/>
        </w:rPr>
        <w:t>入力</w:t>
      </w:r>
      <w:r w:rsidR="00982C10">
        <w:rPr>
          <w:rFonts w:hint="eastAsia"/>
          <w:b/>
          <w:sz w:val="24"/>
          <w:szCs w:val="24"/>
          <w:lang w:eastAsia="ja-JP"/>
        </w:rPr>
        <w:t>（記載）</w:t>
      </w:r>
      <w:r w:rsidRPr="00982C10">
        <w:rPr>
          <w:b/>
          <w:sz w:val="24"/>
          <w:szCs w:val="24"/>
        </w:rPr>
        <w:t>項目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2665"/>
        <w:gridCol w:w="6779"/>
      </w:tblGrid>
      <w:tr w:rsidR="006853C5" w:rsidRPr="00982C10" w14:paraId="01197864" w14:textId="77777777" w:rsidTr="00972DD7">
        <w:trPr>
          <w:trHeight w:val="585"/>
          <w:jc w:val="center"/>
        </w:trPr>
        <w:tc>
          <w:tcPr>
            <w:tcW w:w="888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F951266" w14:textId="77777777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b/>
                <w:sz w:val="20"/>
                <w:szCs w:val="24"/>
              </w:rPr>
              <w:t>No.</w:t>
            </w:r>
          </w:p>
        </w:tc>
        <w:tc>
          <w:tcPr>
            <w:tcW w:w="266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4EFBCDB" w14:textId="77777777" w:rsidR="006853C5" w:rsidRPr="00982C10" w:rsidRDefault="001305CD">
            <w:pPr>
              <w:jc w:val="center"/>
              <w:rPr>
                <w:sz w:val="20"/>
                <w:szCs w:val="24"/>
              </w:rPr>
            </w:pPr>
            <w:r w:rsidRPr="00982C10">
              <w:rPr>
                <w:b/>
                <w:sz w:val="20"/>
                <w:szCs w:val="24"/>
              </w:rPr>
              <w:t>入力項目</w:t>
            </w:r>
          </w:p>
        </w:tc>
        <w:tc>
          <w:tcPr>
            <w:tcW w:w="6779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C2CE352" w14:textId="77777777" w:rsidR="006853C5" w:rsidRPr="00982C10" w:rsidRDefault="001305CD">
            <w:pPr>
              <w:jc w:val="center"/>
              <w:rPr>
                <w:sz w:val="20"/>
                <w:szCs w:val="24"/>
                <w:lang w:eastAsia="ja-JP"/>
              </w:rPr>
            </w:pPr>
            <w:r w:rsidRPr="00982C10">
              <w:rPr>
                <w:b/>
                <w:sz w:val="20"/>
                <w:szCs w:val="24"/>
                <w:lang w:eastAsia="ja-JP"/>
              </w:rPr>
              <w:t>入力</w:t>
            </w:r>
            <w:r w:rsidR="00982C10">
              <w:rPr>
                <w:rFonts w:hint="eastAsia"/>
                <w:b/>
                <w:sz w:val="20"/>
                <w:szCs w:val="24"/>
                <w:lang w:eastAsia="ja-JP"/>
              </w:rPr>
              <w:t>（記載）</w:t>
            </w:r>
            <w:r w:rsidRPr="00982C10">
              <w:rPr>
                <w:b/>
                <w:sz w:val="20"/>
                <w:szCs w:val="24"/>
                <w:lang w:eastAsia="ja-JP"/>
              </w:rPr>
              <w:t>・選択内容</w:t>
            </w:r>
          </w:p>
        </w:tc>
      </w:tr>
      <w:tr w:rsidR="006853C5" w:rsidRPr="00982C10" w14:paraId="3CA9A7B9" w14:textId="77777777" w:rsidTr="00972DD7">
        <w:trPr>
          <w:trHeight w:val="585"/>
          <w:jc w:val="center"/>
        </w:trPr>
        <w:tc>
          <w:tcPr>
            <w:tcW w:w="888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492C3F43" w14:textId="77777777" w:rsidR="006853C5" w:rsidRPr="00982C10" w:rsidRDefault="001305CD">
            <w:pPr>
              <w:spacing w:after="0"/>
              <w:jc w:val="center"/>
              <w:rPr>
                <w:sz w:val="20"/>
                <w:szCs w:val="24"/>
              </w:rPr>
            </w:pPr>
            <w:r w:rsidRPr="00982C10">
              <w:rPr>
                <w:sz w:val="20"/>
                <w:szCs w:val="24"/>
              </w:rPr>
              <w:t>1</w:t>
            </w:r>
          </w:p>
        </w:tc>
        <w:tc>
          <w:tcPr>
            <w:tcW w:w="2665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4183CA41" w14:textId="217849F4" w:rsidR="006853C5" w:rsidRPr="00982C10" w:rsidRDefault="00CE22F8">
            <w:pPr>
              <w:spacing w:after="0"/>
              <w:rPr>
                <w:sz w:val="20"/>
                <w:szCs w:val="24"/>
              </w:rPr>
            </w:pPr>
            <w:r>
              <w:rPr>
                <w:rFonts w:hint="eastAsia"/>
                <w:sz w:val="20"/>
                <w:szCs w:val="24"/>
                <w:lang w:eastAsia="ja-JP"/>
              </w:rPr>
              <w:t>事業所</w:t>
            </w:r>
            <w:r w:rsidRPr="00982C10">
              <w:rPr>
                <w:sz w:val="20"/>
                <w:szCs w:val="24"/>
              </w:rPr>
              <w:t>名</w:t>
            </w:r>
          </w:p>
        </w:tc>
        <w:tc>
          <w:tcPr>
            <w:tcW w:w="6779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77F2E78B" w14:textId="77777777" w:rsidR="006853C5" w:rsidRPr="00982C10" w:rsidRDefault="006853C5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6853C5" w:rsidRPr="00982C10" w14:paraId="4529EF09" w14:textId="77777777" w:rsidTr="00972DD7">
        <w:trPr>
          <w:trHeight w:val="585"/>
          <w:jc w:val="center"/>
        </w:trPr>
        <w:tc>
          <w:tcPr>
            <w:tcW w:w="888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53943128" w14:textId="77777777" w:rsidR="006853C5" w:rsidRPr="00982C10" w:rsidRDefault="001305CD">
            <w:pPr>
              <w:spacing w:after="0"/>
              <w:jc w:val="center"/>
              <w:rPr>
                <w:sz w:val="20"/>
                <w:szCs w:val="24"/>
              </w:rPr>
            </w:pPr>
            <w:r w:rsidRPr="00982C10">
              <w:rPr>
                <w:sz w:val="20"/>
                <w:szCs w:val="24"/>
              </w:rPr>
              <w:t>2</w:t>
            </w:r>
          </w:p>
        </w:tc>
        <w:tc>
          <w:tcPr>
            <w:tcW w:w="2665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772EBA46" w14:textId="221FEADB" w:rsidR="006853C5" w:rsidRPr="00982C10" w:rsidRDefault="001305CD">
            <w:pPr>
              <w:spacing w:after="0"/>
              <w:rPr>
                <w:sz w:val="20"/>
                <w:szCs w:val="24"/>
              </w:rPr>
            </w:pPr>
            <w:r w:rsidRPr="00982C10">
              <w:rPr>
                <w:sz w:val="20"/>
                <w:szCs w:val="24"/>
              </w:rPr>
              <w:t>参加者氏名</w:t>
            </w:r>
            <w:r w:rsidR="00972DD7">
              <w:rPr>
                <w:rFonts w:hint="eastAsia"/>
                <w:sz w:val="20"/>
                <w:szCs w:val="24"/>
                <w:lang w:eastAsia="ja-JP"/>
              </w:rPr>
              <w:t>（ふりがな）</w:t>
            </w:r>
          </w:p>
        </w:tc>
        <w:tc>
          <w:tcPr>
            <w:tcW w:w="6779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56ACFB1A" w14:textId="77777777" w:rsidR="006853C5" w:rsidRPr="00982C10" w:rsidRDefault="006853C5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6853C5" w:rsidRPr="00982C10" w14:paraId="7E5A80DA" w14:textId="77777777" w:rsidTr="00972DD7">
        <w:trPr>
          <w:trHeight w:val="585"/>
          <w:jc w:val="center"/>
        </w:trPr>
        <w:tc>
          <w:tcPr>
            <w:tcW w:w="888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74C3F6E5" w14:textId="77777777" w:rsidR="006853C5" w:rsidRPr="00982C10" w:rsidRDefault="001305CD">
            <w:pPr>
              <w:spacing w:after="0"/>
              <w:jc w:val="center"/>
              <w:rPr>
                <w:sz w:val="20"/>
                <w:szCs w:val="24"/>
              </w:rPr>
            </w:pPr>
            <w:r w:rsidRPr="00982C10">
              <w:rPr>
                <w:sz w:val="20"/>
                <w:szCs w:val="24"/>
              </w:rPr>
              <w:t>3</w:t>
            </w:r>
          </w:p>
        </w:tc>
        <w:tc>
          <w:tcPr>
            <w:tcW w:w="2665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1CE3AC19" w14:textId="77777777" w:rsidR="006853C5" w:rsidRPr="00982C10" w:rsidRDefault="001305CD">
            <w:pPr>
              <w:spacing w:after="0"/>
              <w:rPr>
                <w:sz w:val="20"/>
                <w:szCs w:val="24"/>
              </w:rPr>
            </w:pPr>
            <w:r w:rsidRPr="00982C10">
              <w:rPr>
                <w:sz w:val="20"/>
                <w:szCs w:val="24"/>
              </w:rPr>
              <w:t>ハンディキャップ</w:t>
            </w:r>
          </w:p>
        </w:tc>
        <w:tc>
          <w:tcPr>
            <w:tcW w:w="6779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654E0D20" w14:textId="77777777" w:rsidR="006853C5" w:rsidRPr="00982C10" w:rsidRDefault="00982C10" w:rsidP="00982C10">
            <w:pPr>
              <w:spacing w:after="0"/>
              <w:jc w:val="right"/>
              <w:rPr>
                <w:sz w:val="20"/>
                <w:szCs w:val="24"/>
                <w:lang w:eastAsia="ja-JP"/>
              </w:rPr>
            </w:pPr>
            <w:r>
              <w:rPr>
                <w:rFonts w:hint="eastAsia"/>
                <w:sz w:val="20"/>
                <w:szCs w:val="24"/>
                <w:lang w:eastAsia="ja-JP"/>
              </w:rPr>
              <w:t>※</w:t>
            </w:r>
            <w:r w:rsidRPr="00982C10">
              <w:rPr>
                <w:sz w:val="20"/>
                <w:szCs w:val="24"/>
              </w:rPr>
              <w:t>該当する</w:t>
            </w:r>
            <w:r>
              <w:rPr>
                <w:rFonts w:hint="eastAsia"/>
                <w:sz w:val="20"/>
                <w:szCs w:val="24"/>
                <w:lang w:eastAsia="ja-JP"/>
              </w:rPr>
              <w:t>方のみ</w:t>
            </w:r>
          </w:p>
        </w:tc>
      </w:tr>
      <w:tr w:rsidR="006853C5" w:rsidRPr="00982C10" w14:paraId="2728BEFB" w14:textId="77777777" w:rsidTr="00972DD7">
        <w:trPr>
          <w:trHeight w:val="585"/>
          <w:jc w:val="center"/>
        </w:trPr>
        <w:tc>
          <w:tcPr>
            <w:tcW w:w="888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710E318A" w14:textId="77777777" w:rsidR="006853C5" w:rsidRPr="00982C10" w:rsidRDefault="001305CD">
            <w:pPr>
              <w:spacing w:after="0"/>
              <w:jc w:val="center"/>
              <w:rPr>
                <w:sz w:val="20"/>
                <w:szCs w:val="24"/>
              </w:rPr>
            </w:pPr>
            <w:r w:rsidRPr="00982C10">
              <w:rPr>
                <w:sz w:val="20"/>
                <w:szCs w:val="24"/>
              </w:rPr>
              <w:t>4</w:t>
            </w:r>
          </w:p>
        </w:tc>
        <w:tc>
          <w:tcPr>
            <w:tcW w:w="2665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488F6F32" w14:textId="77777777" w:rsidR="006853C5" w:rsidRPr="00982C10" w:rsidRDefault="001305CD">
            <w:pPr>
              <w:spacing w:after="0"/>
              <w:rPr>
                <w:sz w:val="20"/>
                <w:szCs w:val="24"/>
              </w:rPr>
            </w:pPr>
            <w:r w:rsidRPr="00982C10">
              <w:rPr>
                <w:sz w:val="20"/>
                <w:szCs w:val="24"/>
              </w:rPr>
              <w:t>携帯番号</w:t>
            </w:r>
          </w:p>
        </w:tc>
        <w:tc>
          <w:tcPr>
            <w:tcW w:w="6779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41A9B8F1" w14:textId="77777777" w:rsidR="006853C5" w:rsidRPr="00982C10" w:rsidRDefault="006853C5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6853C5" w:rsidRPr="00982C10" w14:paraId="56FE9D87" w14:textId="77777777" w:rsidTr="00972DD7">
        <w:trPr>
          <w:trHeight w:val="585"/>
          <w:jc w:val="center"/>
        </w:trPr>
        <w:tc>
          <w:tcPr>
            <w:tcW w:w="888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61337D52" w14:textId="77777777" w:rsidR="006853C5" w:rsidRPr="00982C10" w:rsidRDefault="001305CD">
            <w:pPr>
              <w:spacing w:after="0"/>
              <w:jc w:val="center"/>
              <w:rPr>
                <w:sz w:val="20"/>
                <w:szCs w:val="24"/>
              </w:rPr>
            </w:pPr>
            <w:r w:rsidRPr="00982C10">
              <w:rPr>
                <w:sz w:val="20"/>
                <w:szCs w:val="24"/>
              </w:rPr>
              <w:t>5</w:t>
            </w:r>
          </w:p>
        </w:tc>
        <w:tc>
          <w:tcPr>
            <w:tcW w:w="2665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0F5BA056" w14:textId="77777777" w:rsidR="006853C5" w:rsidRPr="00982C10" w:rsidRDefault="001305CD">
            <w:pPr>
              <w:spacing w:after="0"/>
              <w:rPr>
                <w:sz w:val="20"/>
                <w:szCs w:val="24"/>
              </w:rPr>
            </w:pPr>
            <w:r w:rsidRPr="00982C10">
              <w:rPr>
                <w:sz w:val="20"/>
                <w:szCs w:val="24"/>
              </w:rPr>
              <w:t>メールアドレス</w:t>
            </w:r>
          </w:p>
        </w:tc>
        <w:tc>
          <w:tcPr>
            <w:tcW w:w="6779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4922CC26" w14:textId="77777777" w:rsidR="006853C5" w:rsidRPr="00982C10" w:rsidRDefault="006853C5">
            <w:pPr>
              <w:spacing w:after="0"/>
              <w:jc w:val="center"/>
              <w:rPr>
                <w:sz w:val="20"/>
                <w:szCs w:val="24"/>
              </w:rPr>
            </w:pPr>
          </w:p>
        </w:tc>
      </w:tr>
      <w:tr w:rsidR="006853C5" w:rsidRPr="00982C10" w14:paraId="5BFD080E" w14:textId="77777777" w:rsidTr="00972DD7">
        <w:trPr>
          <w:trHeight w:val="585"/>
          <w:jc w:val="center"/>
        </w:trPr>
        <w:tc>
          <w:tcPr>
            <w:tcW w:w="888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00EE2814" w14:textId="77777777" w:rsidR="006853C5" w:rsidRPr="00982C10" w:rsidRDefault="001305CD">
            <w:pPr>
              <w:spacing w:after="0"/>
              <w:jc w:val="center"/>
              <w:rPr>
                <w:sz w:val="20"/>
                <w:szCs w:val="24"/>
              </w:rPr>
            </w:pPr>
            <w:r w:rsidRPr="00982C10">
              <w:rPr>
                <w:sz w:val="20"/>
                <w:szCs w:val="24"/>
              </w:rPr>
              <w:t>6</w:t>
            </w:r>
          </w:p>
        </w:tc>
        <w:tc>
          <w:tcPr>
            <w:tcW w:w="2665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4B84272F" w14:textId="77777777" w:rsidR="006853C5" w:rsidRPr="00982C10" w:rsidRDefault="001305CD">
            <w:pPr>
              <w:spacing w:after="0"/>
              <w:rPr>
                <w:sz w:val="20"/>
                <w:szCs w:val="24"/>
                <w:lang w:eastAsia="ja-JP"/>
              </w:rPr>
            </w:pPr>
            <w:r w:rsidRPr="00982C10">
              <w:rPr>
                <w:sz w:val="20"/>
                <w:szCs w:val="24"/>
                <w:lang w:eastAsia="ja-JP"/>
              </w:rPr>
              <w:t>表彰式への参加／不参加</w:t>
            </w:r>
          </w:p>
        </w:tc>
        <w:tc>
          <w:tcPr>
            <w:tcW w:w="6779" w:type="dxa"/>
            <w:tcMar>
              <w:top w:w="35" w:type="dxa"/>
              <w:left w:w="80" w:type="dxa"/>
              <w:bottom w:w="35" w:type="dxa"/>
              <w:right w:w="80" w:type="dxa"/>
            </w:tcMar>
          </w:tcPr>
          <w:p w14:paraId="27E01E74" w14:textId="431A3EDB" w:rsidR="002C6502" w:rsidRPr="00982C10" w:rsidRDefault="00982C10" w:rsidP="00972DD7">
            <w:pPr>
              <w:spacing w:after="0"/>
              <w:jc w:val="center"/>
              <w:rPr>
                <w:sz w:val="20"/>
                <w:szCs w:val="24"/>
                <w:lang w:eastAsia="ja-JP"/>
              </w:rPr>
            </w:pPr>
            <w:r>
              <w:rPr>
                <w:rFonts w:hint="eastAsia"/>
                <w:sz w:val="20"/>
                <w:szCs w:val="24"/>
                <w:lang w:eastAsia="ja-JP"/>
              </w:rPr>
              <w:t>・</w:t>
            </w:r>
            <w:r w:rsidRPr="00982C10">
              <w:rPr>
                <w:sz w:val="20"/>
                <w:szCs w:val="24"/>
                <w:lang w:eastAsia="ja-JP"/>
              </w:rPr>
              <w:t xml:space="preserve"> 参加</w:t>
            </w:r>
            <w:r w:rsidR="002C6502">
              <w:rPr>
                <w:rFonts w:hint="eastAsia"/>
                <w:sz w:val="20"/>
                <w:szCs w:val="24"/>
                <w:lang w:eastAsia="ja-JP"/>
              </w:rPr>
              <w:t>（会費3,000円）</w:t>
            </w:r>
            <w:r w:rsidRPr="00982C10">
              <w:rPr>
                <w:sz w:val="20"/>
                <w:szCs w:val="24"/>
                <w:lang w:eastAsia="ja-JP"/>
              </w:rPr>
              <w:t>・ 不参加</w:t>
            </w:r>
            <w:r w:rsidR="002C6502">
              <w:rPr>
                <w:rFonts w:hint="eastAsia"/>
                <w:sz w:val="20"/>
                <w:szCs w:val="24"/>
                <w:lang w:eastAsia="ja-JP"/>
              </w:rPr>
              <w:t>（会費2,000円）</w:t>
            </w:r>
            <w:r>
              <w:rPr>
                <w:rFonts w:hint="eastAsia"/>
                <w:sz w:val="20"/>
                <w:szCs w:val="24"/>
                <w:lang w:eastAsia="ja-JP"/>
              </w:rPr>
              <w:t>※いずれかに〇を</w:t>
            </w:r>
          </w:p>
        </w:tc>
      </w:tr>
    </w:tbl>
    <w:p w14:paraId="152AD89B" w14:textId="77777777" w:rsidR="006853C5" w:rsidRPr="00982C10" w:rsidRDefault="001305CD">
      <w:pPr>
        <w:spacing w:before="80" w:after="40"/>
        <w:rPr>
          <w:sz w:val="20"/>
          <w:szCs w:val="24"/>
          <w:lang w:eastAsia="ja-JP"/>
        </w:rPr>
      </w:pPr>
      <w:r w:rsidRPr="00982C10">
        <w:rPr>
          <w:b/>
          <w:sz w:val="20"/>
          <w:szCs w:val="24"/>
          <w:lang w:eastAsia="ja-JP"/>
        </w:rPr>
        <w:t>7. 希望スタートコース</w:t>
      </w:r>
      <w:r w:rsidRPr="00982C10">
        <w:rPr>
          <w:sz w:val="20"/>
          <w:szCs w:val="24"/>
          <w:lang w:eastAsia="ja-JP"/>
        </w:rPr>
        <w:t xml:space="preserve">　</w:t>
      </w:r>
      <w:r w:rsidR="00982C10">
        <w:rPr>
          <w:rFonts w:hint="eastAsia"/>
          <w:sz w:val="20"/>
          <w:szCs w:val="24"/>
          <w:lang w:eastAsia="ja-JP"/>
        </w:rPr>
        <w:t>①②③</w:t>
      </w:r>
      <w:r w:rsidRPr="00982C10">
        <w:rPr>
          <w:sz w:val="20"/>
          <w:szCs w:val="24"/>
          <w:lang w:eastAsia="ja-JP"/>
        </w:rPr>
        <w:t>いずれかに○を付けてください。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10540"/>
      </w:tblGrid>
      <w:tr w:rsidR="006853C5" w:rsidRPr="00982C10" w14:paraId="35679759" w14:textId="77777777" w:rsidTr="00982C10">
        <w:trPr>
          <w:trHeight w:val="744"/>
          <w:jc w:val="center"/>
        </w:trPr>
        <w:tc>
          <w:tcPr>
            <w:tcW w:w="1054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C46BC8" w14:textId="77777777" w:rsidR="006853C5" w:rsidRPr="00982C10" w:rsidRDefault="00982C10">
            <w:pPr>
              <w:rPr>
                <w:sz w:val="20"/>
                <w:szCs w:val="24"/>
                <w:lang w:eastAsia="ja-JP"/>
              </w:rPr>
            </w:pPr>
            <w:r>
              <w:rPr>
                <w:rFonts w:hint="eastAsia"/>
                <w:sz w:val="20"/>
                <w:szCs w:val="24"/>
                <w:lang w:eastAsia="ja-JP"/>
              </w:rPr>
              <w:t>・</w:t>
            </w:r>
            <w:r w:rsidRPr="00982C10">
              <w:rPr>
                <w:sz w:val="20"/>
                <w:szCs w:val="24"/>
                <w:lang w:eastAsia="ja-JP"/>
              </w:rPr>
              <w:t xml:space="preserve"> ① はまなすコース → 宝達コース　　</w:t>
            </w:r>
            <w:r>
              <w:rPr>
                <w:rFonts w:hint="eastAsia"/>
                <w:sz w:val="20"/>
                <w:szCs w:val="24"/>
                <w:lang w:eastAsia="ja-JP"/>
              </w:rPr>
              <w:t xml:space="preserve">　　　②</w:t>
            </w:r>
            <w:r w:rsidRPr="00982C10">
              <w:rPr>
                <w:sz w:val="20"/>
                <w:szCs w:val="24"/>
                <w:lang w:eastAsia="ja-JP"/>
              </w:rPr>
              <w:t xml:space="preserve"> 宝達コース → 日本海コース</w:t>
            </w:r>
            <w:r w:rsidRPr="00982C10">
              <w:rPr>
                <w:sz w:val="20"/>
                <w:szCs w:val="24"/>
                <w:lang w:eastAsia="ja-JP"/>
              </w:rPr>
              <w:br/>
            </w:r>
            <w:r>
              <w:rPr>
                <w:rFonts w:hint="eastAsia"/>
                <w:sz w:val="20"/>
                <w:szCs w:val="24"/>
                <w:lang w:eastAsia="ja-JP"/>
              </w:rPr>
              <w:t>・</w:t>
            </w:r>
            <w:r w:rsidRPr="00982C10">
              <w:rPr>
                <w:sz w:val="20"/>
                <w:szCs w:val="24"/>
                <w:lang w:eastAsia="ja-JP"/>
              </w:rPr>
              <w:t xml:space="preserve"> ③ どちらでもよい（事務局に一任）</w:t>
            </w:r>
          </w:p>
        </w:tc>
      </w:tr>
    </w:tbl>
    <w:p w14:paraId="6225F3F1" w14:textId="77777777" w:rsidR="006853C5" w:rsidRPr="00982C10" w:rsidRDefault="001305CD">
      <w:pPr>
        <w:spacing w:before="80" w:after="40"/>
        <w:rPr>
          <w:sz w:val="20"/>
          <w:szCs w:val="24"/>
          <w:lang w:eastAsia="ja-JP"/>
        </w:rPr>
      </w:pPr>
      <w:r w:rsidRPr="00982C10">
        <w:rPr>
          <w:b/>
          <w:sz w:val="20"/>
          <w:szCs w:val="24"/>
          <w:lang w:eastAsia="ja-JP"/>
        </w:rPr>
        <w:t>8. チーム編成に関する希望事項・その他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10540"/>
      </w:tblGrid>
      <w:tr w:rsidR="006853C5" w:rsidRPr="00982C10" w14:paraId="24829451" w14:textId="77777777">
        <w:trPr>
          <w:jc w:val="center"/>
        </w:trPr>
        <w:tc>
          <w:tcPr>
            <w:tcW w:w="1054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50C50BF" w14:textId="77777777" w:rsidR="006853C5" w:rsidRPr="00982C10" w:rsidRDefault="001305CD">
            <w:pPr>
              <w:rPr>
                <w:sz w:val="20"/>
                <w:szCs w:val="24"/>
                <w:lang w:eastAsia="ja-JP"/>
              </w:rPr>
            </w:pPr>
            <w:r w:rsidRPr="00982C10">
              <w:rPr>
                <w:sz w:val="20"/>
                <w:szCs w:val="24"/>
                <w:lang w:eastAsia="ja-JP"/>
              </w:rPr>
              <w:t xml:space="preserve">  </w:t>
            </w:r>
          </w:p>
        </w:tc>
      </w:tr>
    </w:tbl>
    <w:p w14:paraId="4080B49A" w14:textId="77777777" w:rsidR="006853C5" w:rsidRPr="00982C10" w:rsidRDefault="001305CD">
      <w:pPr>
        <w:spacing w:before="60" w:after="80"/>
        <w:rPr>
          <w:sz w:val="20"/>
          <w:szCs w:val="24"/>
          <w:lang w:eastAsia="ja-JP"/>
        </w:rPr>
      </w:pPr>
      <w:r w:rsidRPr="00982C10">
        <w:rPr>
          <w:szCs w:val="24"/>
          <w:lang w:eastAsia="ja-JP"/>
        </w:rPr>
        <w:t>※スタートコースおよびチーム編成は</w:t>
      </w:r>
      <w:r w:rsidR="00982C10">
        <w:rPr>
          <w:rFonts w:hint="eastAsia"/>
          <w:szCs w:val="24"/>
          <w:lang w:eastAsia="ja-JP"/>
        </w:rPr>
        <w:t>人数等を踏まえ</w:t>
      </w:r>
      <w:r w:rsidRPr="00982C10">
        <w:rPr>
          <w:szCs w:val="24"/>
          <w:lang w:eastAsia="ja-JP"/>
        </w:rPr>
        <w:t>決定しますので、ご希望に添えない場合が</w:t>
      </w:r>
      <w:r w:rsidR="00982C10">
        <w:rPr>
          <w:rFonts w:hint="eastAsia"/>
          <w:szCs w:val="24"/>
          <w:lang w:eastAsia="ja-JP"/>
        </w:rPr>
        <w:t>ございます</w:t>
      </w:r>
      <w:r w:rsidRPr="00982C10">
        <w:rPr>
          <w:szCs w:val="24"/>
          <w:lang w:eastAsia="ja-JP"/>
        </w:rPr>
        <w:t>。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10540"/>
      </w:tblGrid>
      <w:tr w:rsidR="006853C5" w:rsidRPr="00982C10" w14:paraId="7D592FA8" w14:textId="77777777">
        <w:trPr>
          <w:jc w:val="center"/>
        </w:trPr>
        <w:tc>
          <w:tcPr>
            <w:tcW w:w="1054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49D553C" w14:textId="011F5A4D" w:rsidR="006853C5" w:rsidRPr="00982C10" w:rsidRDefault="00363A9B">
            <w:pPr>
              <w:spacing w:after="20"/>
              <w:rPr>
                <w:sz w:val="20"/>
                <w:szCs w:val="24"/>
                <w:lang w:eastAsia="ja-JP"/>
              </w:rPr>
            </w:pPr>
            <w:r>
              <w:rPr>
                <w:rFonts w:hint="eastAsia"/>
                <w:b/>
                <w:sz w:val="22"/>
                <w:szCs w:val="24"/>
                <w:lang w:eastAsia="ja-JP"/>
              </w:rPr>
              <w:t>上記に記入のうえ、</w:t>
            </w:r>
            <w:r w:rsidRPr="00982C10">
              <w:rPr>
                <w:b/>
                <w:sz w:val="22"/>
                <w:szCs w:val="24"/>
                <w:lang w:eastAsia="ja-JP"/>
              </w:rPr>
              <w:t>ＦＡＸや</w:t>
            </w:r>
            <w:r w:rsidR="0037024E">
              <w:rPr>
                <w:rFonts w:hint="eastAsia"/>
                <w:b/>
                <w:sz w:val="22"/>
                <w:szCs w:val="24"/>
                <w:lang w:eastAsia="ja-JP"/>
              </w:rPr>
              <w:t>弊会への</w:t>
            </w:r>
            <w:r w:rsidRPr="00982C10">
              <w:rPr>
                <w:b/>
                <w:sz w:val="22"/>
                <w:szCs w:val="24"/>
                <w:lang w:eastAsia="ja-JP"/>
              </w:rPr>
              <w:t>紙面提出</w:t>
            </w:r>
            <w:r w:rsidR="00982C10">
              <w:rPr>
                <w:rFonts w:hint="eastAsia"/>
                <w:b/>
                <w:sz w:val="22"/>
                <w:szCs w:val="24"/>
                <w:lang w:eastAsia="ja-JP"/>
              </w:rPr>
              <w:t>でのお申込みも可能です。</w:t>
            </w:r>
          </w:p>
          <w:p w14:paraId="42DB97BE" w14:textId="77777777" w:rsidR="006853C5" w:rsidRPr="00982C10" w:rsidRDefault="001305CD" w:rsidP="00363A9B">
            <w:pPr>
              <w:spacing w:after="0"/>
              <w:ind w:leftChars="100" w:left="180"/>
              <w:rPr>
                <w:sz w:val="20"/>
                <w:szCs w:val="24"/>
              </w:rPr>
            </w:pPr>
            <w:r w:rsidRPr="00982C10">
              <w:rPr>
                <w:szCs w:val="24"/>
                <w:lang w:eastAsia="ja-JP"/>
              </w:rPr>
              <w:t>ＦＡＸで送信</w:t>
            </w:r>
            <w:r w:rsidR="00982C10">
              <w:rPr>
                <w:rFonts w:hint="eastAsia"/>
                <w:szCs w:val="24"/>
                <w:lang w:eastAsia="ja-JP"/>
              </w:rPr>
              <w:t>され</w:t>
            </w:r>
            <w:r w:rsidRPr="00982C10">
              <w:rPr>
                <w:szCs w:val="24"/>
                <w:lang w:eastAsia="ja-JP"/>
              </w:rPr>
              <w:t>る場合、</w:t>
            </w:r>
            <w:r w:rsidR="00982C10">
              <w:rPr>
                <w:rFonts w:hint="eastAsia"/>
                <w:szCs w:val="24"/>
                <w:lang w:eastAsia="ja-JP"/>
              </w:rPr>
              <w:t>未受信</w:t>
            </w:r>
            <w:r w:rsidRPr="00982C10">
              <w:rPr>
                <w:szCs w:val="24"/>
                <w:lang w:eastAsia="ja-JP"/>
              </w:rPr>
              <w:t>を避けるため、送信後にお電話で一報ください。</w:t>
            </w:r>
            <w:r w:rsidRPr="00982C10">
              <w:rPr>
                <w:szCs w:val="24"/>
                <w:lang w:eastAsia="ja-JP"/>
              </w:rPr>
              <w:br/>
            </w:r>
            <w:r w:rsidRPr="00982C10">
              <w:rPr>
                <w:szCs w:val="24"/>
              </w:rPr>
              <w:t xml:space="preserve">ＴＥＬ：０７６－２８６－４２００　　</w:t>
            </w:r>
            <w:r w:rsidRPr="002C6502">
              <w:rPr>
                <w:szCs w:val="24"/>
                <w:bdr w:val="single" w:sz="4" w:space="0" w:color="auto"/>
              </w:rPr>
              <w:t>ＦＡＸ：０７６－２８６－４２９０</w:t>
            </w:r>
          </w:p>
        </w:tc>
      </w:tr>
    </w:tbl>
    <w:p w14:paraId="618645DA" w14:textId="77777777" w:rsidR="006853C5" w:rsidRPr="00982C10" w:rsidRDefault="001305CD" w:rsidP="00982C10">
      <w:pPr>
        <w:spacing w:before="80" w:after="20"/>
        <w:ind w:left="4320" w:firstLine="720"/>
        <w:rPr>
          <w:sz w:val="20"/>
          <w:szCs w:val="24"/>
          <w:lang w:eastAsia="ja-JP"/>
        </w:rPr>
      </w:pPr>
      <w:r w:rsidRPr="00982C10">
        <w:rPr>
          <w:b/>
          <w:sz w:val="22"/>
          <w:szCs w:val="24"/>
          <w:lang w:eastAsia="ja-JP"/>
        </w:rPr>
        <w:t>お問い合わせ</w:t>
      </w:r>
      <w:r w:rsidR="00982C10">
        <w:rPr>
          <w:rFonts w:hint="eastAsia"/>
          <w:b/>
          <w:sz w:val="22"/>
          <w:szCs w:val="24"/>
          <w:lang w:eastAsia="ja-JP"/>
        </w:rPr>
        <w:t xml:space="preserve">　</w:t>
      </w:r>
      <w:r w:rsidRPr="00982C10">
        <w:rPr>
          <w:sz w:val="20"/>
          <w:szCs w:val="24"/>
          <w:lang w:eastAsia="ja-JP"/>
        </w:rPr>
        <w:t>内灘町商工会　担当：香林・濱本・出嶋</w:t>
      </w:r>
    </w:p>
    <w:sectPr w:rsidR="006853C5" w:rsidRPr="00982C10" w:rsidSect="00034616">
      <w:pgSz w:w="12240" w:h="15840"/>
      <w:pgMar w:top="624" w:right="850" w:bottom="62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8706809">
    <w:abstractNumId w:val="8"/>
  </w:num>
  <w:num w:numId="2" w16cid:durableId="127012030">
    <w:abstractNumId w:val="6"/>
  </w:num>
  <w:num w:numId="3" w16cid:durableId="1388534922">
    <w:abstractNumId w:val="5"/>
  </w:num>
  <w:num w:numId="4" w16cid:durableId="1658920374">
    <w:abstractNumId w:val="4"/>
  </w:num>
  <w:num w:numId="5" w16cid:durableId="1279028881">
    <w:abstractNumId w:val="7"/>
  </w:num>
  <w:num w:numId="6" w16cid:durableId="1774082883">
    <w:abstractNumId w:val="3"/>
  </w:num>
  <w:num w:numId="7" w16cid:durableId="1775708728">
    <w:abstractNumId w:val="2"/>
  </w:num>
  <w:num w:numId="8" w16cid:durableId="1307517058">
    <w:abstractNumId w:val="1"/>
  </w:num>
  <w:num w:numId="9" w16cid:durableId="113876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05CD"/>
    <w:rsid w:val="0015074B"/>
    <w:rsid w:val="0029639D"/>
    <w:rsid w:val="002C6502"/>
    <w:rsid w:val="00326F90"/>
    <w:rsid w:val="00363A9B"/>
    <w:rsid w:val="0037024E"/>
    <w:rsid w:val="00381EC4"/>
    <w:rsid w:val="004705F1"/>
    <w:rsid w:val="006853C5"/>
    <w:rsid w:val="0076153F"/>
    <w:rsid w:val="00832C52"/>
    <w:rsid w:val="00972DD7"/>
    <w:rsid w:val="00982C10"/>
    <w:rsid w:val="009D62AB"/>
    <w:rsid w:val="00A12002"/>
    <w:rsid w:val="00AA1D8D"/>
    <w:rsid w:val="00B47730"/>
    <w:rsid w:val="00CB0664"/>
    <w:rsid w:val="00CE22F8"/>
    <w:rsid w:val="00D1324F"/>
    <w:rsid w:val="00DF2B88"/>
    <w:rsid w:val="00E02514"/>
    <w:rsid w:val="00F32098"/>
    <w:rsid w:val="00FC2E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5F9C18"/>
  <w14:defaultImageDpi w14:val="300"/>
  <w15:docId w15:val="{917929FA-682E-47BD-A162-9AD1033A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Yu Gothic" w:eastAsia="Yu Gothic" w:hAnsi="Yu Gothic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81 SR</cp:lastModifiedBy>
  <cp:revision>13</cp:revision>
  <cp:lastPrinted>2026-08-20T23:29:00Z</cp:lastPrinted>
  <dcterms:created xsi:type="dcterms:W3CDTF">2013-12-23T23:15:00Z</dcterms:created>
  <dcterms:modified xsi:type="dcterms:W3CDTF">2026-08-21T00:18:00Z</dcterms:modified>
  <cp:category/>
</cp:coreProperties>
</file>